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F658E" w14:textId="77777777" w:rsidR="00E45F71" w:rsidRDefault="00000000">
      <w:pPr>
        <w:pStyle w:val="Title"/>
      </w:pPr>
      <w:r>
        <w:t>Charlton J. Nero</w:t>
      </w:r>
    </w:p>
    <w:p w14:paraId="35E7DDE4" w14:textId="3CBC7CEC" w:rsidR="00E45F71" w:rsidRDefault="00000000">
      <w:r>
        <w:t xml:space="preserve">Florence, SC | (843) 939-1771 | </w:t>
      </w:r>
      <w:hyperlink r:id="rId6" w:history="1">
        <w:r w:rsidR="00FD7CC4" w:rsidRPr="00AF02B5">
          <w:rPr>
            <w:rStyle w:val="Hyperlink"/>
          </w:rPr>
          <w:t>CharltonJNero@gmail.com</w:t>
        </w:r>
      </w:hyperlink>
    </w:p>
    <w:p w14:paraId="0D38B6CB" w14:textId="5FA75128" w:rsidR="00FD7CC4" w:rsidRDefault="00FD7CC4">
      <w:r>
        <w:t xml:space="preserve">LinkedIn: </w:t>
      </w:r>
      <w:hyperlink r:id="rId7" w:history="1">
        <w:r w:rsidRPr="00AF02B5">
          <w:rPr>
            <w:rStyle w:val="Hyperlink"/>
          </w:rPr>
          <w:t>https://www.linkedin.com/in/charlton-nero-40b740118/</w:t>
        </w:r>
      </w:hyperlink>
      <w:r>
        <w:t xml:space="preserve"> | Portfolio: </w:t>
      </w:r>
      <w:hyperlink r:id="rId8" w:history="1">
        <w:r w:rsidRPr="00AF02B5">
          <w:rPr>
            <w:rStyle w:val="Hyperlink"/>
          </w:rPr>
          <w:t>https://cjnero.wixsite.com/charlton</w:t>
        </w:r>
      </w:hyperlink>
      <w:r>
        <w:t xml:space="preserve"> </w:t>
      </w:r>
    </w:p>
    <w:p w14:paraId="1B383D7C" w14:textId="77777777" w:rsidR="00E45F71" w:rsidRDefault="00000000">
      <w:pPr>
        <w:pStyle w:val="Heading1"/>
      </w:pPr>
      <w:r>
        <w:t>Professional Summary</w:t>
      </w:r>
    </w:p>
    <w:p w14:paraId="579B86BA" w14:textId="77777777" w:rsidR="00E45F71" w:rsidRDefault="00000000">
      <w:r>
        <w:t>Versatile and results-driven professional with extensive experience in leadership, customer service, and operational management across corporate, retail, and military environments. Proven ability to lead high-performing teams, streamline processes, and deliver exceptional customer experiences. Adept at strategic planning, training, and building brand presence.</w:t>
      </w:r>
    </w:p>
    <w:p w14:paraId="048C6EC2" w14:textId="77777777" w:rsidR="00E45F71" w:rsidRDefault="00000000">
      <w:pPr>
        <w:pStyle w:val="Heading1"/>
      </w:pPr>
      <w:r>
        <w:t>Core Skills</w:t>
      </w:r>
    </w:p>
    <w:p w14:paraId="1A81AC25" w14:textId="77777777" w:rsidR="00E45F71" w:rsidRDefault="00000000">
      <w:pPr>
        <w:pStyle w:val="ListBullet"/>
      </w:pPr>
      <w:r>
        <w:t>Leadership &amp; Team Development</w:t>
      </w:r>
    </w:p>
    <w:p w14:paraId="7BB5CC99" w14:textId="77777777" w:rsidR="00E45F71" w:rsidRDefault="00000000">
      <w:pPr>
        <w:pStyle w:val="ListBullet"/>
      </w:pPr>
      <w:r>
        <w:t>Strategic Planning &amp; Execution</w:t>
      </w:r>
    </w:p>
    <w:p w14:paraId="0876FC87" w14:textId="77777777" w:rsidR="00E45F71" w:rsidRDefault="00000000">
      <w:pPr>
        <w:pStyle w:val="ListBullet"/>
      </w:pPr>
      <w:r>
        <w:t>Customer Experience &amp; Service Recovery</w:t>
      </w:r>
    </w:p>
    <w:p w14:paraId="57C26C95" w14:textId="77777777" w:rsidR="00E45F71" w:rsidRDefault="00000000">
      <w:pPr>
        <w:pStyle w:val="ListBullet"/>
      </w:pPr>
      <w:r>
        <w:t>Training &amp; Mentoring</w:t>
      </w:r>
    </w:p>
    <w:p w14:paraId="58CC6A0B" w14:textId="77777777" w:rsidR="00E45F71" w:rsidRDefault="00000000">
      <w:pPr>
        <w:pStyle w:val="ListBullet"/>
      </w:pPr>
      <w:r>
        <w:t>Operational &amp; Process Improvement</w:t>
      </w:r>
    </w:p>
    <w:p w14:paraId="350D00A3" w14:textId="77777777" w:rsidR="00E45F71" w:rsidRDefault="00000000">
      <w:pPr>
        <w:pStyle w:val="ListBullet"/>
      </w:pPr>
      <w:r>
        <w:t>Microsoft Office Suite (Word, PowerPoint)</w:t>
      </w:r>
    </w:p>
    <w:p w14:paraId="4EDE427C" w14:textId="77777777" w:rsidR="00E45F71" w:rsidRDefault="00000000">
      <w:pPr>
        <w:pStyle w:val="ListBullet"/>
      </w:pPr>
      <w:r>
        <w:t>Certified SC Food Service Manager | Starbucks Barista Certified</w:t>
      </w:r>
    </w:p>
    <w:p w14:paraId="3FA95DA6" w14:textId="77777777" w:rsidR="00E45F71" w:rsidRDefault="00000000">
      <w:pPr>
        <w:pStyle w:val="ListBullet"/>
      </w:pPr>
      <w:r>
        <w:t>Active Listening, Adaptability, and Collaboration</w:t>
      </w:r>
    </w:p>
    <w:p w14:paraId="5F7A7189" w14:textId="77777777" w:rsidR="00E45F71" w:rsidRDefault="00000000">
      <w:pPr>
        <w:pStyle w:val="Heading1"/>
      </w:pPr>
      <w:r>
        <w:t>Professional Experience</w:t>
      </w:r>
    </w:p>
    <w:p w14:paraId="77627280" w14:textId="77777777" w:rsidR="00E45F71" w:rsidRDefault="00000000">
      <w:pPr>
        <w:pStyle w:val="Heading3"/>
      </w:pPr>
      <w:r>
        <w:t>Premium Auditor | Builders Mutual Insurance | Raleigh, NC | Apr 2024 – Present</w:t>
      </w:r>
    </w:p>
    <w:p w14:paraId="16CFA19F" w14:textId="77777777" w:rsidR="00E45F71" w:rsidRDefault="00000000">
      <w:pPr>
        <w:pStyle w:val="ListBullet"/>
      </w:pPr>
      <w:r>
        <w:t>Review and validate vendor audit reports, ensuring accuracy and alignment with quality standards.</w:t>
      </w:r>
    </w:p>
    <w:p w14:paraId="367813AC" w14:textId="77777777" w:rsidR="00E45F71" w:rsidRDefault="00000000">
      <w:pPr>
        <w:pStyle w:val="ListBullet"/>
      </w:pPr>
      <w:r>
        <w:t>Serve as Subject Matter Expert (SME) for premium audit processes, providing training and mentoring to colleagues.</w:t>
      </w:r>
    </w:p>
    <w:p w14:paraId="37978F31" w14:textId="77777777" w:rsidR="00E45F71" w:rsidRDefault="00000000">
      <w:pPr>
        <w:pStyle w:val="ListBullet"/>
      </w:pPr>
      <w:r>
        <w:t>Compile, interpret, and present data for production and special reports.</w:t>
      </w:r>
    </w:p>
    <w:p w14:paraId="4C5D1F3F" w14:textId="77777777" w:rsidR="00E45F71" w:rsidRDefault="00000000">
      <w:pPr>
        <w:pStyle w:val="ListBullet"/>
      </w:pPr>
      <w:r>
        <w:t>Act as liaison between departments, coordinating information and project needs.</w:t>
      </w:r>
    </w:p>
    <w:p w14:paraId="2B848290" w14:textId="77777777" w:rsidR="00E45F71" w:rsidRDefault="00000000">
      <w:pPr>
        <w:pStyle w:val="ListBullet"/>
      </w:pPr>
      <w:r>
        <w:t>Deliver professional customer service to agents, underwriters, and internal teams.</w:t>
      </w:r>
    </w:p>
    <w:p w14:paraId="15919D84" w14:textId="77777777" w:rsidR="00E45F71" w:rsidRDefault="00000000">
      <w:pPr>
        <w:pStyle w:val="Heading3"/>
      </w:pPr>
      <w:r>
        <w:t>Executive Team Lead, Service &amp; Engagement | Target Corporation | Florence, SC | Jul 2021 – Apr 2024</w:t>
      </w:r>
    </w:p>
    <w:p w14:paraId="0E548435" w14:textId="77777777" w:rsidR="00E45F71" w:rsidRDefault="00000000">
      <w:pPr>
        <w:pStyle w:val="ListBullet"/>
      </w:pPr>
      <w:r>
        <w:t>Led service &amp; engagement department with 2 team leads and multiple associates, ensuring exceptional guest experience.</w:t>
      </w:r>
    </w:p>
    <w:p w14:paraId="5B60A205" w14:textId="77777777" w:rsidR="00E45F71" w:rsidRDefault="00000000">
      <w:pPr>
        <w:pStyle w:val="ListBullet"/>
      </w:pPr>
      <w:r>
        <w:t>Oversaw order pickup and store fulfillment processes, improving operational efficiency.</w:t>
      </w:r>
    </w:p>
    <w:p w14:paraId="25347F92" w14:textId="77777777" w:rsidR="00E45F71" w:rsidRDefault="00000000">
      <w:pPr>
        <w:pStyle w:val="ListBullet"/>
      </w:pPr>
      <w:r>
        <w:lastRenderedPageBreak/>
        <w:t>Developed and implemented policies to boost retention and customer satisfaction.</w:t>
      </w:r>
    </w:p>
    <w:p w14:paraId="6A0ED123" w14:textId="77777777" w:rsidR="00E45F71" w:rsidRDefault="00000000">
      <w:pPr>
        <w:pStyle w:val="ListBullet"/>
      </w:pPr>
      <w:r>
        <w:t>Managed Starbucks operations, training staff on product preparation and guest interaction.</w:t>
      </w:r>
    </w:p>
    <w:p w14:paraId="557A2865" w14:textId="77777777" w:rsidR="00E45F71" w:rsidRDefault="00000000">
      <w:pPr>
        <w:pStyle w:val="ListBullet"/>
      </w:pPr>
      <w:r>
        <w:t>Participated in executive leadership team, analyzing store metrics to enhance guest experience and sales.</w:t>
      </w:r>
    </w:p>
    <w:p w14:paraId="4A6C8E1F" w14:textId="77777777" w:rsidR="00E45F71" w:rsidRDefault="00000000">
      <w:pPr>
        <w:pStyle w:val="Heading3"/>
      </w:pPr>
      <w:r>
        <w:t>Assistant Manager | Enterprise Rent-A-Car | Hartsville, SC | Sep 2018 – Jul 2021</w:t>
      </w:r>
    </w:p>
    <w:p w14:paraId="41951686" w14:textId="77777777" w:rsidR="00E45F71" w:rsidRDefault="00000000">
      <w:pPr>
        <w:pStyle w:val="ListBullet"/>
      </w:pPr>
      <w:r>
        <w:t>Managed ~20 corporate/retail accounts and 200+ weekly customer interactions.</w:t>
      </w:r>
    </w:p>
    <w:p w14:paraId="0F8DF5AA" w14:textId="77777777" w:rsidR="00E45F71" w:rsidRDefault="00000000">
      <w:pPr>
        <w:pStyle w:val="ListBullet"/>
      </w:pPr>
      <w:r>
        <w:t>Directed daily operations, including customer service, rental agreements, and branch profitability tracking.</w:t>
      </w:r>
    </w:p>
    <w:p w14:paraId="54162C36" w14:textId="77777777" w:rsidR="00E45F71" w:rsidRDefault="00000000">
      <w:pPr>
        <w:pStyle w:val="ListBullet"/>
      </w:pPr>
      <w:r>
        <w:t>Built and maintained relationships with corporate clients, increasing repeat business.</w:t>
      </w:r>
    </w:p>
    <w:p w14:paraId="71AAE8F5" w14:textId="77777777" w:rsidR="00E45F71" w:rsidRDefault="00000000">
      <w:pPr>
        <w:pStyle w:val="ListBullet"/>
      </w:pPr>
      <w:r>
        <w:t>Led staff in high-volume environment, mentoring employees on service excellence.</w:t>
      </w:r>
    </w:p>
    <w:p w14:paraId="44B7FAEF" w14:textId="77777777" w:rsidR="00E45F71" w:rsidRDefault="00000000">
      <w:pPr>
        <w:pStyle w:val="Heading3"/>
      </w:pPr>
      <w:r>
        <w:t>First Class Culinary Specialist (E6) | United States Naval Reserves | Goose Creek, SC | Jun 2007 – Present</w:t>
      </w:r>
    </w:p>
    <w:p w14:paraId="61228D4C" w14:textId="77777777" w:rsidR="00E45F71" w:rsidRDefault="00000000">
      <w:pPr>
        <w:pStyle w:val="ListBullet"/>
      </w:pPr>
      <w:r>
        <w:t>Serve as Unit Safety and Training Coordinator, ensuring compliance with safety and training requirements.</w:t>
      </w:r>
    </w:p>
    <w:p w14:paraId="05937AB9" w14:textId="77777777" w:rsidR="00E45F71" w:rsidRDefault="00000000">
      <w:pPr>
        <w:pStyle w:val="ListBullet"/>
      </w:pPr>
      <w:r>
        <w:t>Manage watch rotations, muster reporting, and operational logistics.</w:t>
      </w:r>
    </w:p>
    <w:p w14:paraId="05D7C415" w14:textId="77777777" w:rsidR="00E45F71" w:rsidRDefault="00000000">
      <w:pPr>
        <w:pStyle w:val="ListBullet"/>
      </w:pPr>
      <w:r>
        <w:t>Prepare and manage food service operations, maintaining strict sanitation standards.</w:t>
      </w:r>
    </w:p>
    <w:p w14:paraId="418A07EF" w14:textId="77777777" w:rsidR="00E45F71" w:rsidRDefault="00000000">
      <w:pPr>
        <w:pStyle w:val="Heading3"/>
      </w:pPr>
      <w:r>
        <w:t>Account Manager | Rent-A-Center | Sumter, SC | Jan 2018 – Sep 2018</w:t>
      </w:r>
    </w:p>
    <w:p w14:paraId="675F3F67" w14:textId="77777777" w:rsidR="00E45F71" w:rsidRDefault="00000000">
      <w:pPr>
        <w:pStyle w:val="ListBullet"/>
      </w:pPr>
      <w:r>
        <w:t>Managed customer accounts, payments, and product deliveries.</w:t>
      </w:r>
    </w:p>
    <w:p w14:paraId="4C103B9E" w14:textId="77777777" w:rsidR="00E45F71" w:rsidRDefault="00000000">
      <w:pPr>
        <w:pStyle w:val="ListBullet"/>
      </w:pPr>
      <w:r>
        <w:t>Conducted collection activities for overdue accounts, maintaining professionalism and compliance.</w:t>
      </w:r>
    </w:p>
    <w:p w14:paraId="25CBF723" w14:textId="77777777" w:rsidR="00E45F71" w:rsidRDefault="00000000">
      <w:pPr>
        <w:pStyle w:val="Heading3"/>
      </w:pPr>
      <w:r>
        <w:t>Customer Service Advocate | Verizon Wireless | Elgin, SC | Aug 2016 – Sep 2017</w:t>
      </w:r>
    </w:p>
    <w:p w14:paraId="1CD4D248" w14:textId="77777777" w:rsidR="00E45F71" w:rsidRDefault="00000000">
      <w:pPr>
        <w:pStyle w:val="ListBullet"/>
      </w:pPr>
      <w:r>
        <w:t>Resolved customer concerns related to billing, technical issues, and global travel services.</w:t>
      </w:r>
    </w:p>
    <w:p w14:paraId="2B93E275" w14:textId="77777777" w:rsidR="00E45F71" w:rsidRDefault="00000000">
      <w:pPr>
        <w:pStyle w:val="ListBullet"/>
      </w:pPr>
      <w:r>
        <w:t>Provided Tier 1 tech support and retention solutions.</w:t>
      </w:r>
    </w:p>
    <w:p w14:paraId="63637539" w14:textId="77777777" w:rsidR="00E45F71" w:rsidRDefault="00000000">
      <w:pPr>
        <w:pStyle w:val="ListBullet"/>
      </w:pPr>
      <w:r>
        <w:t>Recognized with Director’s Club Award for exceptional performance in 2016.</w:t>
      </w:r>
    </w:p>
    <w:p w14:paraId="7994F9EC" w14:textId="77777777" w:rsidR="00E45F71" w:rsidRDefault="00000000">
      <w:pPr>
        <w:pStyle w:val="Heading1"/>
      </w:pPr>
      <w:r>
        <w:t>Education</w:t>
      </w:r>
    </w:p>
    <w:p w14:paraId="6344DA5A" w14:textId="77777777" w:rsidR="00E45F71" w:rsidRDefault="00000000">
      <w:r>
        <w:t>Bachelor of Arts, History – Coastal Carolina University | 2015</w:t>
      </w:r>
    </w:p>
    <w:p w14:paraId="6379A60E" w14:textId="77777777" w:rsidR="00E45F71" w:rsidRDefault="00000000">
      <w:r>
        <w:t>Associate of Arts, Leadership &amp; Management – Florence-Darlington Technical College | 2013</w:t>
      </w:r>
    </w:p>
    <w:p w14:paraId="6C6743B5" w14:textId="5154447B" w:rsidR="00FA0DB1" w:rsidRDefault="00FA0DB1">
      <w:r>
        <w:t>Master of Science, Digital Marketing – Full Sail University | 2015</w:t>
      </w:r>
    </w:p>
    <w:p w14:paraId="4CE44E7D" w14:textId="77777777" w:rsidR="00E45F71" w:rsidRDefault="00000000">
      <w:pPr>
        <w:pStyle w:val="Heading1"/>
      </w:pPr>
      <w:r>
        <w:t>Awards &amp; Certifications</w:t>
      </w:r>
    </w:p>
    <w:p w14:paraId="6DA3DE5C" w14:textId="77777777" w:rsidR="00E45F71" w:rsidRDefault="00000000">
      <w:pPr>
        <w:pStyle w:val="ListBullet"/>
      </w:pPr>
      <w:r>
        <w:t>Director’s Club Award – Verizon Wireless (2016)</w:t>
      </w:r>
    </w:p>
    <w:p w14:paraId="42965E2B" w14:textId="77777777" w:rsidR="00E45F71" w:rsidRDefault="00000000">
      <w:pPr>
        <w:pStyle w:val="ListBullet"/>
      </w:pPr>
      <w:r>
        <w:t>SC Food Service Manager Licensed</w:t>
      </w:r>
    </w:p>
    <w:p w14:paraId="1DA75CEF" w14:textId="77777777" w:rsidR="00E45F71" w:rsidRDefault="00000000">
      <w:pPr>
        <w:pStyle w:val="ListBullet"/>
      </w:pPr>
      <w:r>
        <w:t>Starbucks Barista Certified</w:t>
      </w:r>
    </w:p>
    <w:sectPr w:rsidR="00E45F7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7497609">
    <w:abstractNumId w:val="8"/>
  </w:num>
  <w:num w:numId="2" w16cid:durableId="204754898">
    <w:abstractNumId w:val="6"/>
  </w:num>
  <w:num w:numId="3" w16cid:durableId="331416768">
    <w:abstractNumId w:val="5"/>
  </w:num>
  <w:num w:numId="4" w16cid:durableId="53966560">
    <w:abstractNumId w:val="4"/>
  </w:num>
  <w:num w:numId="5" w16cid:durableId="1816605618">
    <w:abstractNumId w:val="7"/>
  </w:num>
  <w:num w:numId="6" w16cid:durableId="527839136">
    <w:abstractNumId w:val="3"/>
  </w:num>
  <w:num w:numId="7" w16cid:durableId="1934624415">
    <w:abstractNumId w:val="2"/>
  </w:num>
  <w:num w:numId="8" w16cid:durableId="1732069877">
    <w:abstractNumId w:val="1"/>
  </w:num>
  <w:num w:numId="9" w16cid:durableId="1764261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A4EF6"/>
    <w:rsid w:val="0029639D"/>
    <w:rsid w:val="002B1444"/>
    <w:rsid w:val="00326F90"/>
    <w:rsid w:val="00AA1D8D"/>
    <w:rsid w:val="00B47730"/>
    <w:rsid w:val="00C87A3E"/>
    <w:rsid w:val="00CB0664"/>
    <w:rsid w:val="00E45F71"/>
    <w:rsid w:val="00FA0DB1"/>
    <w:rsid w:val="00FC693F"/>
    <w:rsid w:val="00FD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47E6EF"/>
  <w14:defaultImageDpi w14:val="300"/>
  <w15:docId w15:val="{EF2DD515-E930-0D4B-A966-866FFD4AD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FD7CC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7C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jnero.wixsite.com/charlton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linkedin.com/in/charlton-nero-40b740118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harltonJNero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Charlton Nero</cp:lastModifiedBy>
  <cp:revision>4</cp:revision>
  <dcterms:created xsi:type="dcterms:W3CDTF">2025-08-11T02:51:00Z</dcterms:created>
  <dcterms:modified xsi:type="dcterms:W3CDTF">2025-09-23T02:04:00Z</dcterms:modified>
  <cp:category/>
</cp:coreProperties>
</file>